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2026年推荐优秀应届本科毕业生免试攻读硕士研究生学位工作实施方案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长春理工大学计算机科学技术学院发布2026年推荐优秀应届本科毕业生免试攻读硕士研究生学位工作实施方案，通知发布时间为2025年8月20日，来源为学院官网通知公告栏目。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本通知由长春理工大学计算机科学技术学院发布，面向2026年推荐优秀应届本科毕业生免试攻读硕士研究生学位工作。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通知发布时间为2025年8月20日，来源为学院官网通知公告栏目。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二、工作实施方案要点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本方案针对2026年推荐优秀应届本科毕业生免试攻读硕士研究生学位工作制定，具体实施细节以学院后续发布或通知为准。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涉及推荐条件、申请流程、材料清单、时间节点及接收名额等关键要素，需参照学院正式文件或联系学院获取完整信息。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学院地址：中国吉林省长春市卫星路7089号（东），邮编：130022。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学院官网通知公告栏目为信息发布渠道，具体咨询可通过学院官方联系方式进行。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