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中欧学院2026推荐免试攻读研究生实施办法-上海大学中欧工程技术学院</w:t>
      </w:r>
    </w:p>
    <w:p>
      <w:r>
        <w:t>﻿</w:t>
      </w:r>
    </w:p>
    <w:p>
      <w:r>
        <w:t>关于中欧</w:t>
      </w:r>
    </w:p>
    <w:p>
      <w:r>
        <w:t>中法联合管理</w:t>
      </w:r>
    </w:p>
    <w:p>
      <w:r>
        <w:t>学院领导</w:t>
      </w:r>
    </w:p>
    <w:p>
      <w:r>
        <w:t>学院部门</w:t>
      </w:r>
    </w:p>
    <w:p>
      <w:r>
        <w:t>大事记</w:t>
      </w:r>
    </w:p>
    <w:p>
      <w:r>
        <w:t>学院地址</w:t>
      </w:r>
    </w:p>
    <w:p>
      <w:r>
        <w:t>法国高等工程教育</w:t>
      </w:r>
    </w:p>
    <w:p>
      <w:r>
        <w:t>法国技术大学集团</w:t>
      </w:r>
    </w:p>
    <w:p>
      <w:r>
        <w:t>教育教学</w:t>
      </w:r>
    </w:p>
    <w:p>
      <w:r>
        <w:t>办学特色</w:t>
      </w:r>
    </w:p>
    <w:p>
      <w:r>
        <w:t>培养模式</w:t>
      </w:r>
    </w:p>
    <w:p>
      <w:r>
        <w:t>国际课程项目</w:t>
      </w:r>
    </w:p>
    <w:p>
      <w:r>
        <w:t>专业教师</w:t>
      </w:r>
    </w:p>
    <w:p>
      <w:r>
        <w:t>招生简章</w:t>
      </w:r>
    </w:p>
    <w:p>
      <w:r>
        <w:t>中欧风采</w:t>
      </w:r>
    </w:p>
    <w:p>
      <w:r>
        <w:t>学生社团</w:t>
      </w:r>
    </w:p>
    <w:p>
      <w:r>
        <w:t>创新大赛</w:t>
      </w:r>
    </w:p>
    <w:p>
      <w:r>
        <w:t>国际学生</w:t>
      </w:r>
    </w:p>
    <w:p>
      <w:r>
        <w:t>校企合作</w:t>
      </w:r>
    </w:p>
    <w:p>
      <w:r>
        <w:t>企业关系</w:t>
      </w:r>
    </w:p>
    <w:p>
      <w:r>
        <w:t>企业实习</w:t>
      </w:r>
    </w:p>
    <w:p>
      <w:r>
        <w:t>校友会</w:t>
      </w:r>
    </w:p>
    <w:p>
      <w:r>
        <w:t>校友活动</w:t>
      </w:r>
    </w:p>
    <w:p>
      <w:r>
        <w:t>爱心基金</w:t>
      </w:r>
    </w:p>
    <w:p>
      <w:r>
        <w:t>企业合作</w:t>
      </w:r>
    </w:p>
    <w:p>
      <w:r>
        <w:t>Open Menu</w:t>
      </w:r>
    </w:p>
    <w:p>
      <w:r>
        <w:t>返回上一级</w:t>
      </w:r>
    </w:p>
    <w:p>
      <w:r>
        <w:t>关于中欧</w:t>
      </w:r>
    </w:p>
    <w:p>
      <w:r>
        <w:t>中法联合管理</w:t>
      </w:r>
    </w:p>
    <w:p>
      <w:r>
        <w:t>学院领导</w:t>
      </w:r>
    </w:p>
    <w:p>
      <w:r>
        <w:t>学院部门</w:t>
      </w:r>
    </w:p>
    <w:p>
      <w:r>
        <w:t>大事记</w:t>
      </w:r>
    </w:p>
    <w:p>
      <w:r>
        <w:t>学院地址</w:t>
      </w:r>
    </w:p>
    <w:p>
      <w:r>
        <w:t>返回上一级</w:t>
      </w:r>
    </w:p>
    <w:p>
      <w:r>
        <w:t>法国高等工程教育</w:t>
      </w:r>
    </w:p>
    <w:p>
      <w:r>
        <w:t>法国技术大学集团</w:t>
      </w:r>
    </w:p>
    <w:p>
      <w:r>
        <w:t>教育教学</w:t>
      </w:r>
    </w:p>
    <w:p>
      <w:r>
        <w:t>返回上一级</w:t>
      </w:r>
    </w:p>
    <w:p>
      <w:r>
        <w:t>办学特色</w:t>
      </w:r>
    </w:p>
    <w:p>
      <w:r>
        <w:t>培养模式</w:t>
      </w:r>
    </w:p>
    <w:p>
      <w:r>
        <w:t>国际课程项目</w:t>
      </w:r>
    </w:p>
    <w:p>
      <w:r>
        <w:t>专业教师</w:t>
      </w:r>
    </w:p>
    <w:p>
      <w:r>
        <w:t>返回上一级</w:t>
      </w:r>
    </w:p>
    <w:p>
      <w:r>
        <w:t>招生简章</w:t>
      </w:r>
    </w:p>
    <w:p>
      <w:r>
        <w:t>中欧风采</w:t>
      </w:r>
    </w:p>
    <w:p>
      <w:r>
        <w:t>返回上一级</w:t>
      </w:r>
    </w:p>
    <w:p>
      <w:r>
        <w:t>学生社团</w:t>
      </w:r>
    </w:p>
    <w:p>
      <w:r>
        <w:t>创新大赛</w:t>
      </w:r>
    </w:p>
    <w:p>
      <w:r>
        <w:t>国际学生</w:t>
      </w:r>
    </w:p>
    <w:p>
      <w:r>
        <w:t>校企合作</w:t>
      </w:r>
    </w:p>
    <w:p>
      <w:r>
        <w:t>返回上一级</w:t>
      </w:r>
    </w:p>
    <w:p>
      <w:r>
        <w:t>企业关系</w:t>
      </w:r>
    </w:p>
    <w:p>
      <w:r>
        <w:t>企业实习</w:t>
      </w:r>
    </w:p>
    <w:p>
      <w:r>
        <w:t>返回上一级</w:t>
      </w:r>
    </w:p>
    <w:p>
      <w:r>
        <w:t>校友会</w:t>
      </w:r>
    </w:p>
    <w:p>
      <w:r>
        <w:t>校友活动</w:t>
      </w:r>
    </w:p>
    <w:p>
      <w:r>
        <w:t>爱心基金</w:t>
      </w:r>
    </w:p>
    <w:p>
      <w:r>
        <w:t>企业合作</w:t>
      </w:r>
    </w:p>
    <w:p>
      <w:r>
        <w:t>中欧学院2026推荐免试攻读研究生实施办法</w:t>
      </w:r>
    </w:p>
    <w:p>
      <w:r>
        <w:t>中欧学院-2026推免实施办法.pdf</w:t>
      </w:r>
    </w:p>
    <w:p>
      <w:r>
        <w:t>欢迎加入中欧工程技术学院</w:t>
      </w:r>
    </w:p>
    <w:p>
      <w:r>
        <w:t>地址：上海市 宝山区 南陈路333号 6号楼 联系电话：86 21 66132817</w:t>
      </w:r>
    </w:p>
    <w:p>
      <w:r>
        <w:t>联系我们</w:t>
      </w:r>
    </w:p>
    <w:p>
      <w:r>
        <w:t>交通地图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