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学院名称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一、各学院联系方式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010-53912018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010-53912159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临床医学院（东直门医院）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010-84018044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临床医学院（东方医院）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010-67687311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临床医学院（第三附属医院）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010-84982669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临床医学院（中日友好医院）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010-84205628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临床医学院（广安门医院）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010-88001241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临床医学院（西苑医院）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010-62835037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临床医学院（北京中医医院）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010-64032860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临床医学院（望京医院）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010-84730056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010-53912101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010-53912204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010-53912247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010-53912318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010-53912281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010-53912340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临床医学院（深圳医院）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储老师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0755-89218063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国学院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010-53912391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临床医学院（房山医院）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车老师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010-61324421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