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标题】关于2009年接收推荐免试攻读硕士学位研究生的通知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本通知为某高校发布的关于2009年接收推荐免试攻读硕士学位研究生的相关安排，旨在明确接收推免生的各项条件和流程。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申请人须符合国家及学校关于推免生的基本要求，具体条件以学校当年公布的规定为准。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符合条件的申请人需在规定时间内提交申请材料。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学校将对申请材料进行审核，并组织相关考核。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通过考核的申请人将获得拟录取资格，并按要求完成后续手续。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推免生申请表。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个人陈述或研究计划。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专家推荐信。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其他能证明学术能力和综合素质的材料。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联系邮箱：请参见学校研究生招生网站公布的信息。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联系电话：请参见学校研究生招生网站公布的信息。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网址：请参见学校研究生招生网站公布的信息。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申请人应确保所提交材料真实有效，如有弄虚作假，一经查实，取消录取资格。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具体时间节点、接收名额及详细安排，请以学校研究生招生网站发布的正式通知为准。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