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林学院2026年推荐免试研究生接收办法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发布日期：2025-09-20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学院成立招生工作领导小组，组长为化青报、范国强，副组长为王娟、彭万喜、张学芳、李喜梅，成员包括刘震、赵振利、孔德良、闫东锋、毕会涛、张发文、郭二辉。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二、接收专业及招生计划数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071300生态学（学术学位），研究方向包括植被恢复理论与技术、森林生态系统结构与功能、逆境生态与生态调控、污染生态与生态修复、湿地保育与功能评价，学习形式为全日制，拟接收2人。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090700林学（学术学位），研究方向包括林木生物技术、林木遗传育种、森林培育、森林经理学、经济林，学习形式为全日制，拟接收5人。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095400林业（专业学位），不区分研究方向，学习形式为全日制，拟接收5人。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拥护中国共产党的领导，思想品德和政治素质良好，遵纪守法，品行端正，身心健康。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学术研究兴趣浓厚，有良好科学精神、创新意识和专业能力倾向，对研究生学习有明确规划。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诚实守信，学风端正，无考试作弊、剽窃他人学术成果等违法违纪记录。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前三年所学课程考试成绩均无不及格记录，德智体全面发展。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纳入国家普通本科招生计划录取的应届毕业生（不含辅修双学士学位）。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全国大学英语四级462分及以上，或六级425分及以上，或TOEFL 90分及以上（两年有效），或雅思（学术类）6.0分及以上（两年有效）。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四、工作程序及安排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：具有推免资格的考生须在国家规定时间内登录“全国推荐免试攻读研究生（免初试、转段）信息公开暨管理服务系统”（网址：https://yz.chsi.com.cn/tm）提出申请；学院通过系统发出复试或不予接收通知，学生须在收到通知后24小时内回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复试安排：复试重点考查思想品德、专业能力、外语水平、创新能力等；形式为线上、线下相结合；考核时间每生20分钟，满分100分，60分及格，不及格者不予录取；具体时间、地点及分组通过复试群另行通知。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材料：需提交《河南农业大学接收推荐优秀应届本科毕业生免试攻读研究生（含直博生）申请表》2份、个人介绍1份、学生证及身份证复印件各1份、本科阶段成绩单（加盖教务处公章）1份、外语水平证明，以及获奖证书、学术论文等可选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拟录取：学院按复试成绩由高到低排序确定拟录取名单，公示3个工作日；经校研究生招生工作领导小组审定后，通过推免服务系统发送待录取通知，学生须在12小时内回复；拟录取名单由学校统一公示后报送备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拟录取推免生需在校医院体检，具体时间另行通知；录取通知书于2026年6月中旬寄出。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以下情况取消推免录取资格：推免过程中弄虚作假者；有考试作弊记录者；有剽窃他人学术成果或其他违法违纪受处分记录者；本科毕业时未获得毕业证者；录取后又报名参加2026年全国硕士研究生招生考试者。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联系人：周老师、张老师、郭老师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地址：河南省郑州市郑东新区平安大道218号力行楼246办公室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电话：0371-68555280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邮箱：linxueyuan@henau.edu.cn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未尽事宜请咨询林学院办公室，如遇与上级文件不一致处，以上级文件为准。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附件包括：河南农业大学接收推荐免试攻读研究生申请表、申请免试攻读研究生考生个人介绍。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