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外交学院拟录取研究生思想政治素质和品德鉴定表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外交学院拟录取研究生思想政治素质和品德鉴定表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发布日期（推定）：2025年10月9日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一、考生本人填写部分（“个人承诺”及以上部分）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基本信息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17"/>
        <w:gridCol w:w="4317"/>
      </w:tblGrid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项目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内容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姓名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性别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出生年月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政治面貌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录取专业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入团时间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入党时间（党员填写）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入党积极分子时间（党员不必填写）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身份证号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户籍所在省市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学习工作单位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档案所在单位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个人简历（自高中起）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是否受过处分或发生过违纪行为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是否受过治安管理处罚或刑事处罚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个人承诺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本人承诺：以上所填内容，均真实有效，如提供虚假、失实的填报信息，本人愿就此承担相应责任。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本人签名：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年 月 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二、所在单位填写部分（不得由考生本人填写，应由所在单位如存档单位、居住地单位、工作单位填写并加盖所在单位党政公章）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17"/>
        <w:gridCol w:w="4317"/>
      </w:tblGrid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项目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内容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所在单位党组织意见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政治思想表现、道德品质方面：遵纪守法方面：学习工作情况：鉴定时段为 年 月- 年 月鉴定单位为该同志的：□存档单位 □居住地单位 □工作单位鉴定人签字：鉴定单位党政公章：年 月 日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三、特别注意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此鉴定表“个人承诺”及以上部分可以由考生本人填写，所在单位党组织意见不得由考生本人填写，否则此表无效。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四、所在单位党组织意见填写说明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所在单位党组织意见应根据考生本人实际表现填写，考生档案存管单位应依据档案情况填写，鉴定人必须签字或加盖签名章，并加盖所在单位的党委或党总支公章，若此两章都没有，请加盖所在单位公章。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政治思想表现、道德品质方面应围绕以下方面（包括但不限于）如实填写：是否坚持四项基本原则；是否拥护中国共产党的领导；是否拥护党的路线、方针、政策；有无散布过有损国家声誉的言论；有无泄露过国家秘密；对重大政治事件（如“法轮功”问题等）的态度和认识；是否有过严重违反社会公德、职业道德、家庭美德的情况；诚实守信情况；是否存在考试作弊的情况；是否存在学术不端、学位论文作假行为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遵纪守法方面应围绕以下方面（包括但不限于）如实填写：是否组织或参与过非法集会、游行、示威等非法活动；是否组织或加入非法社会团体（或组织）；是否受过记过、留校（留用、留党）察看、开除学籍（公职、党籍）等处分；是否受过治安管理处罚、刑事处罚；有无存在因政治、经济或其他问题正在接受审查，尚未查清或已查清的情况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所在单位党组织意见的鉴定时段为出具的鉴定意见覆盖的时间段，如被鉴定人的本科阶段，即2022年9月-2026年7月。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请正反面打印此鉴定表。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