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系统工程学院2027级推荐免试硕士生（含直博生、参军入伍生）工作方案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系统工程学院2027级推荐免试硕士生（含直博生、参军入伍生）工作方案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一、工作原则与总体要求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本方案适用于系统工程学院2027级推荐免试硕士生（含直博生、参军入伍生）接收工作。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坚持公平、公正、公开原则，择优选拔综合素质高、创新能力强的优秀应届本科毕业生。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拥护中国共产党的领导，遵纪守法，品德良好，无任何违法违纪记录。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获得所在高校推荐免试资格的优秀应届本科毕业生。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身体健康状况符合国家和军队相关体检要求。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直博生申请者须具备较强的科研潜力和创新意识。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参军入伍生申请者须符合军队有关政治考核和体格检查标准。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三、接收类型与名额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接收类型包括：推免硕士生、直博生、参军入伍生。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具体接收名额以学校及学院当年下达的招生计划为准。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四、申请流程与时间节点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申请者须在规定时间内登录学校研究生招生信息网（https://yjszs.nudt.edu.cn）进行网上报名。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报名时间及材料提交截止时间以学院后续通知为准。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学院对申请材料进行审核，并组织复试考核。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复试考核通过后，按学校要求完成推免系统录取确认。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本人身份证和学生证复印件。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推免资格证明。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个人简历及获奖证书复印件。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直博生申请者须提交个人研究计划或科研经历说明。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参军入伍生申请者须提交相关政治考核材料。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学院招生咨询电话及邮箱以学校研究生招生信息网公布为准。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学校研究生招生信息网网址：https://yjszs.nudt.edu.cn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具体通知及后续安排请关注学院官网或招生系统公告。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