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40" w:lineRule="auto" w:line="360"/>
        <w:jc w:val="center"/>
      </w:pPr>
      <w:r>
        <w:rPr>
          <w:rFonts w:ascii="Times New Roman" w:hAnsi="Times New Roman" w:eastAsia="宋体"/>
          <w:b/>
          <w:sz w:val="32"/>
        </w:rPr>
        <w:t>研究生教育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专业介绍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发布日期（推定）：2026年6月12日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政策文件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常用下载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研究生教育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联系我们</w:t>
      </w:r>
    </w:p>
    <w:sectPr w:rsidR="00FC693F" w:rsidRPr="0006063C" w:rsidSect="00034616">
      <w:pgSz w:w="12240" w:h="15840"/>
      <w:pgMar w:top="1440" w:right="1803" w:bottom="1440" w:left="180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