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[名单3]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名单名称：沈阳药科大学功能食品与葡萄酒学院拟推荐2026届本科毕业生免试研究生名单。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名单人数：名单总人数未在正文中公示，具体名单见附件。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涵盖专业：功能食品与葡萄酒学院相关专业（正文未列明具体专业明细）。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排名/评分方式：正文未公示排名或评分方式。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二、公示与异议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公示期：2025年8月29日至2025年9月3日14:00。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异议方式：公示期间若有异议，请实名联系学院赵老师。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联系电话：43520300。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邮箱：1464166917@qq.com。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