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福州大学2026年推免生拟录取名单公示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发布日期：2025年10月17日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经各学院复试、研究生院审核，同意录取许其旭等791名推免生为福州大学研究生，具体名单见附件。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公示时间为2025年10月17日至10月23日。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二、异议反馈渠道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公示期间如有异议，可通过以下渠道反馈：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校纪委（监察专员办）：0591-22865580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校研招办：0591-22865507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福州大学2026年推免生拟录取名单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福州大学研究生院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2025年10月17日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