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动科动医学院接收推免生复试成绩公示（专硕）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本公示为动科动医学院接收推免生复试成绩公示（专硕），拟录取专业（领域）均为兽医硕士，专业（领域）代码为 095200，复试成绩采用百分制，备注均为“拟录取”。本次公示共涉及 27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二、复试成绩及拟录取名单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刘蒙恩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高久月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许佳瑶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青晓智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许盛前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刘小可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胡梦如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蔡淑铭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韦冬季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陈姿多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兰一铭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宋文韬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曹中帅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孙夏楠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刘蕙瑄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刘颖欣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郭婧岚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徐小琴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曹林佳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蒋琪琪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本次公示名单共 27 人，全部为兽医硕士专业拟录取。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复试成绩按百分制计分，名单按复试成绩由高到低排列。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公示内容未提供公示期、排名或评分方式的其他说明，亦未提供联系方式。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