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中山大学研究生招生诚信复试承诺书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中山大学研究生招生诚信复试承诺书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一、承诺人信息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本人（姓名），身份证号：，性别：。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二、承诺内容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本人独立参加复试，复试（含考试、面试）过程无替考、代考等行为。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严格按照报考条件及相关政策要求，真实、准确、完整提交报名信息和各项材料。如提供虚假、错误信息或弄虚作假，本人承担由此造成的一切后果。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自觉遵守中国相关法律、学校及招生单位复试纪律、复试规则，诚信复试，不作弊。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自觉服从学校及招生单位安排，接受复试小组和工作人员的管理、监督和检查。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复试现场只带必要的白纸、笔等文具，不携带任何书籍书刊、报纸、图片、相关文字或电子资料；不会客、不打电话、不离场，不做与复试无关的事情；不对复试（含考试、面试）现场及过程进行录音录像；复试（含考试、面试）过程中不转换界面，视频监控设备不中断（线上复试情况下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复试结束后对复试（含考试、面试）试题内容及现场情况保密，不以任何方式传播试题内容及现场等有关情况，不向任何个人或机构透露复试题目。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如不遵守考场规则，不服从考务工作人员管理，有违纪、作弊等行为，将按照《中华人民共和国教育法》《国家教育考试违规处理办法》（教育部令第33号）及学校相关规定接受处理。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三、签署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考生签名：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 月 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