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长安大学马克思主义学院2024年优秀大学生夏令营入围名单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马克思主义学院“2024年全国优秀大学生暑期夏令营”报名已经截止，经学院夏令营工作小组审核，现公布合格营员入围名单。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发布日期：2024年7月7日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一、后续通知与入群要求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所有后续复试通知将在各小组微信群传达。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请已入围的同学务必在7月10日晚10点前申请加入2024年马克思主义学院夏令营各小组群（见2024长大马院夏令营预报名群各小组微信群二维码）。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不入学科群视为放弃。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长安大学马克思主义学院2024年优秀大学生夏令营营员名单.pdf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长安大学马克思主义学院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2024年7月7日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