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成都大学基础医学院 护理学院2026届毕业生推荐免试攻读硕士研究生拟推荐名单公示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护理学专业7人。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口腔医学技术专业4人。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护理学。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口腔医学技术。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按专业独立排名，以排名顺序确定推荐意见。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经学生自主申请、遴选工作小组推荐、学院专家审核小组审核、学院党政联席会审定通过确定名单。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公示期为2025年9月8日至9月10日，共计3日。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异议反馈渠道：学院教务办84814295、学工办84824103、监督电话88466906。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若有学生中途放弃推免资格及其他情况，按排名依次递补。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护理学专业拟推荐3人、候补4人。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口腔医学技术专业拟推荐1人、候补3人。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