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心理学院2026年接收优秀应届生推荐免试攻读全日制硕士研究生复试名单公示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心理学院2026年接收优秀应届生推荐免试攻读全日制硕士研究生复试名单已公示。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招生专业及代码：心理学（040200）。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公示名单包含考生姓名，部分重名考生以身份证后六位进行区分。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二、复试名单（部分列举）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包含蔡依妍、蔡卓璇、蔡籽煜、岑旺承、曾菀裕、曾小燕、曾盈、车琴、陈冬萍、陈红妃、陈俊宇、陈可心、陈可欣、陈梦芸、陈尚明、陈思潼、陈欣颖、陈新怡、陈雪琦、陈艺婷、陈应楠、陈哲韬、陈植、慈峻哲、戴雨涵、单宇娟、邓领、邓雅言、邓燕炜、董鑫玲、杜彤彤、杜雨露、段萌萌、樊慧敏、范鑫颖、范赵敏、方锦文、耿乐妍、苟筱语、顾婧雯、关嘉怡、郭华姗、郭可儿、郭育廷、郭子涵、国毓哲、韩文洁、何楚涵、何锦京、何梦、何柔汐、何桐、何湘、和亚芳、贺彦琪、胡乐琪、胡欣瑶、胡馨之、胡煖玥、胡亿嘉、黄湘岚、黄筱妍、季桉旭、季飞月、贾晓丹、贾旭、蹇浩男、江芷钰、金安然、孔欣雨、孔雅婷、孔咏诗、兰丹丹、蓝燕萍、李宝瑞、李丹、李镐楠、李好、李佳诺、李嘉慧、李嘉怡、李金铭、李宽伟、李丽红、李琳琳、李娜、李琦、李巧娜、李秦萱、李琴、李少杰、李思嘉、李思唯、李彤彤、李未然、李享沣、李莹、李妤婕、李予棠、李芸、李子璇、梁昊天、廖璟瑜、廖丽、林格伊、林律凤、林南妤、林晓洁、林雅萍、刘皓然、刘欢瑜、刘慧玲、刘佳怡、刘俊良、刘丽萍、刘璐瑶、刘梦乐、刘梦琪、卢丽萍、刘晴雨、刘小涵、刘雅蝶、刘晔、刘怡含、刘奕欣、刘育彤、吕文文、陆薪羽、路梦雨、罗璨、罗嘉奕、罗洁、罗显敏、罗艺萱、欧阳慧缤、马俊潇、马玲、马晓晴、毛炜榕、孟怡霏、宁佳艳、牛思佳、沈乐婷、潘鑫鑫、潘亚静、彭彤、彭馨莹、邱雨鸿、任子琛、邵子晶、苏语、师桂香、史潮滢、舒梓玥、宋浩然、宋怡宁、苏比努尔·图尔逊、苏静怡、唐露、孙格格、孙经艺、孙清湉、孙文妍、孙小潞、孙宗斌、谭蕊玉、王璐鑫、唐颖、童心乐、童钰佳、万晨昕、王佳琪、王金倩、王柳、王怡、王淼、王明男、王祈恩、王悦（身份证后六位150429）、王舒畅、王雅洁、王祎漫、王梓毅、王宇晨、王雨轩、王彧然、王悦（身份证后六位136367）、王盛歌、王悦慧、王子月、吴星宇、魏芯宇、文茹、文瑞莹、吴佳乐、吴嘉语、吴静琳、吴梦佳、肖逸凡、吴悦、武思宇、夏小雨、夏薪然、夏燕荣、夏云祥、肖佳、许涵、谢伊薇、谢伊杨、熊晓莲、徐岑琦、徐曼、徐欣怡、徐鑫哲、杨洁、许月芳、许芷涵、许智洁、续心怡、严芳、颜玉婷、杨杰、叶长艳、杨澜、杨晴、杨欣馨、杨雨涵、杨紫陌、姚露馨、叶力萌、袁小雅、叶哲恺、伊美玉、易言玉、尹婧婕、尹睿、于甜甜、袁佳丽、张嘉仪、袁尹、张皓源、张宏霞、张惠芳、张佳怡、张家乐、张嘉翔、张柔婷、张嘉怡、张静、张俊霞、张宁（身份证后六位164128）、张忻雅、张曼、张祺沛、张怡诺、张舒涵、张顺然、张显莹、张宁（身份证后六位163021）、张雪妮、张雪茹、张诒、赵怡宁、张艺菲、张中一、赵若禹、赵栩（身份证后六位169820）、赵思宁、赵双祐、赵垚、钟泽华、郑思琦、郑昕睿、郑秀雯、郑毅、钟嘉诚、钟嘉莹、钟意、祝乐媛、钟紫怡、周陈成、周琳、周倩宜、周全、朱子月、朱自如、卓思维、宗清瑶、宗振泽、邹丹宇、邹涵、祖琳、左福姗、左晓旭等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名单中部分重名考生已通过身份证后六位进行标注区分，请相关考生注意核对个人信息。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如需咨询相关事宜，请通过心理学院官方网站获取进一步联系方式。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