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化学学院2026年推荐优秀应届本科毕业生免试攻读研究生拟推荐名单公示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化学学院2026年推荐优秀应届本科毕业生免试攻读研究生拟推荐名单公示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根据《化学学院2026年推荐优秀应届本科毕业生免试攻读研究生遴选工作实施方案》等相关文件要求。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经学生申请、专家评审、学院推免工作领导小组审核，确定拟推荐名单。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李馨悦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90.758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2022310210208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87.885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汪嘉馨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2022310210427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87.271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曹先越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2021310210117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85.933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金诗煜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2022315220423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85.927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2022310210219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赵雅楠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84.898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刘亚柠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2021310210221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84.817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解博涵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2022310210231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84.758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王双燕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2022310210324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84.668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宋文洁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2022310210420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裴一诺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83.878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2022310210209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83.543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侯庆哲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83.117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李梓豪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82.657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孙硕晗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2022310210320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2022310210426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81.954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2022310210220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81.083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吴季维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沙旭楠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2022310210117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80.663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本名单为化学学院2026年推荐优秀应届本科毕业生免试攻读研究生拟推荐名单，公示期及异议反馈方式详见学院官网原通知。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