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海外教育学院2026年接收推荐免试攻读研究生工作方案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符合福建师范大学及海外教育学院规定的其他接收条件。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申请人须按学校及学院规定的时间节点，在教育部推免服务系统中完成报名。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学院将对申请材料进行审核，并组织复试考核。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复试合格者，经学院招生工作领导小组审定后，予以拟录取。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具体报名时间、复试时间及安排，以福建师范大学研究生院及学院后续通知为准。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联系电话：0591-83456326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联系地址：福建省福州市闽侯大学城福建师范大学（旗山校区）海外教育学院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学院官网：https://iccs.fjnu.edu.cn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