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经济与管理学院2026年推荐免试硕士生面试顺序安排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经济与管理学院2026年推荐免试硕士生面试顺序安排");var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