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推免考核表(第二轮)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一、推免考核表（第二轮）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本表为第二轮推免考核结果，共 2 人，均考核通过。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院系所名称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证件号后四位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扬州附属医院(扬州市中医院)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中医内科学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肿瘤的临床研究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谢越贤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扬州附属医院(扬州市中医院)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105702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中医外科学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肛肠外科疾病的临床研究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