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河南医药大学（原新乡医学院）公共卫生学院2025年大学生公共卫生暑期夏令营活动招生简章-河南医药大学公共卫生学院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推进我院高水平公共卫生学院建设，促进广大预防医学、卫生检验和检疫及相关专业大学生了解我院，助力优秀本科生选报我院研究生进一步深造，我院特举办“2025年大学生公共卫生暑期夏令营”（以下简称为公卫夏令营）。夏令营期间将为师生搭建沟通与交流平台，安排学院和研究生教育介绍，学员与导师交流，平台参观项目体验等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发布日期：2025年7月1日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50人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二、活动时间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2025年7月1日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三、活动内容与形式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本次公卫夏令营活动采用线上线下相结合的形式开展，申请线上参加的同学请提前安装腾讯会议，线下活动在河南医药大学北区科技楼二楼公共卫生学院进行。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日程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时间安排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地点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负责人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6月28日-6月30日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夏令营报名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7月1日上午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线下营员报到，线上营员登陆腾讯会议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学术报告厅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7月1日上午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1.开营仪式 2.学院介绍 3.各科室介绍 4.优秀研究生经验分享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9:00-11:00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学术报告厅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范老师、各科室教师代表、研究生代表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7月1日上午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学院平台参观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11:00-11:30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科技楼二楼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张老师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7月1日下午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观摩课题组组会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15:30-17:30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线上会议室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吴卫东教授团队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