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物理学院2026年推免生推荐实施细则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本段内容为物理学院本科生教育通知公告栏目的导航与列表信息，未包含具体的申请条件、报名时间、活动时间、接收条件、流程、材料清单、时间节点、名额或联系方式等正文内容。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一、重要通知栏目列出以下条目：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关于召开全院教职工大会的通知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关于校党委对物理学院党委开展巡视“回头看...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关于组织参加华中科技大学第二期“教育家精...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物理学院2025年德育助理选聘通知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关于做好暑假期间物理学院安全管理工作的通知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二、栏目导航包括：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本科生教育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要闻速递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培养计划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专业设置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教学研究中心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课程介绍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本科生课表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考试安排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学籍管理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常用下载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三、当前位置：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人才培养 &gt; 本科生教育 &gt; 通知公告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