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吉林财经大学2026年推免生复试拟录取名单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吉林财经大学2026年推免生复试拟录取名单，共4人。复试成绩按百分制计分，名单按复试成绩从高到低排列。公示期信息未在原文中提供。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一、拟录取名单明细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报考学习形式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杨馥瑜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李海金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0202Z1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83.80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肖新茹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民商法学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82.80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名单人数：4人。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专业分布：政治经济学1人、税务学1人、民商法学1人、企业管理1人。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学习形式：均为全日制。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复试成绩：最高91.40，最低82.80。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排名/评分方式：按复试成绩排序，成绩采用百分制。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公示期：原文未提供。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