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北京信息科技大学关于开展2026年管理、经济与传媒暑期优秀大学生夏令营的通知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北京信息科技大学关于开展2026年管理、经济与传媒暑期优秀大学生夏令营的通知。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一、夏令营概况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本次夏令营由北京信息科技大学举办，主题为“数智交叉·文理融通”，面向全国优秀本科生开放，旨在搭建学术交流、科创探索与深造对接平台。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夏令营依托学校信息技术优势，聚焦智能管理、数字经济、智慧传播等交叉学科领域，通过学术研讨、科研实操、名师对话、平台参访等活动，促进文理融合与跨学科创新。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学校为参营学生提供全程免费食宿，往返交通费用由学生自行承担。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夏令营涵盖工商管理、应用经济学、管理科学与工程、电子信息-大数据技术与工程、新闻与传播等重点学科专业，各专业招收名额根据报名及审核情况择优确定。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来源：数学、物理、计算机、人工智能、系统科学与工程、控制科学与工程、管理科学、工商管理、经济学、信息管理与信息系统、工业工程、物流科学与工程、新闻传播学及其他相近专业背景，或对相应学科有浓厚兴趣的2027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专业成绩排名和综合素质排名均在本专业名列前茅：本科前两年半加权成绩排名前50%；或有突出成果（含学科竞赛、学术成果）或特殊专长者（需在申请表的显著位置注明）。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对所报专业有浓厚兴趣，愿意从事相关专业学术研究工作。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英语水平要求：CET4达到425分，或雅思5.0分，或托福75分。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网上申请：申请人通过网上申请系统填写申请信息，系统登录入口为https://docs.qq.com/form/page/DWnBxb0FtU29JT1ZQ，或通过二维码扫码登录。网上申请截止日期为6月29日17:00。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材料提交：将所有申请材料扫描后按顺序整理成一个PDF文件，根据所报考专业对应学院发送至专属邮箱：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（1）工商管理学和应用经济学学科：jingguanyz@bistu.edu.cn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（2）管理科学与工程学科和电子信息-大数据技术与工程学位点：mse@bistu.edu.cn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（3）新闻与传播学位点：cbyjs@bistu.edu.cn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邮件主题请注明“夏令营-所报专业-本人姓名-当前就读学校-所学专业-年级”。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申请材料排版顺序：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（1）夏令营申请表（需本人签字）；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（2）本科期间成绩单（需加盖学校教务部门或院系公章）；身份证、学生证复印件；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（3）大学英语四级成绩单或其他体现英语水平的证明复印件；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（4）获奖证书复印件、其他成果附件材料。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注：只进行网上申请而未将材料发至指定邮箱者，报名不予受理。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四、材料审核及录取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材料审核和营员录取工作将于7月3日左右结束。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组委会将对申请者的材料进行审核、选拔。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参营名单届时将以电子邮件、网站公布等方式进行通知。未接到录取通知的同学皆视为未录取，不再另行通知。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五、日程安排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夏令营暂定时间为7月9日至11日。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活动内容包括：开营仪式、校内参观、高水平科研实验室参观、学术科研实践活动、专家学术报告。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具体每日详细日程安排另行通知。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工商管理学、应用经济学：张老师，010-82427135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管理科学与工程、大数据技术与工程：李老师，010-80187643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新闻与传播：张老师，010-80187700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附件为2026年数智交叉·文理融通管理、经济与传媒暑期优秀大学生夏令营报名表，包含个人信息、学业成绩、获奖情况、科研经历等内容，需本人签字确认信息真实有效。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