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华中农业大学动科动医学院接收推免生复试名单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华中农业大学动科动医学院接收推免生复试名单，共57人。名单按类别、专业代码、专业名称及研究方向分组如下。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一、学术学位硕士（预防兽医学，专业代码090602，研究方向：预防兽医学01-05,09），共21人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牛玉洁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焦恒璐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杨景页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刘荣磊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何旭婷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张松润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陈良清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甘肃农业大学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段姝宇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张东晖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李铭涛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许盛前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甘肃农业大学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汤思嘉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马一鸣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蔡谨如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预防兽医学01-05,09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二、学术学位硕士（兽医公共卫生与食品安全，专业代码0906Z1），共2人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兽医公共卫生与食品安全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兽医公共卫生与食品安全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三、专业学位硕士（兽医硕士，专业代码095200），共34人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刘颖欣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徐小琴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张琳如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高久月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青晓智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王越荭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刘蕙瑄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浙江农林大学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郭婧岚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王玉兰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余晨曦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孙夏楠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蒋琪琪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许佳瑶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曹林佳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蔡淑铭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宋文韬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刘蒙恩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陈姿多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曹中帅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胡梦如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兰一铭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韦冬季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麦舒林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