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武汉大学计算机学院2025年优秀大学生夏令营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一、学院简介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机学院学科架构齐全，专业特色鲜明。拥有3个科学学位博士点（计算机科学与技术、软件工程、智能科学与技术），1个专业学位博士点（机械）；拥有4个科学学位硕士点（计算机科学与技术、软件工程、智能科学与技术、通信与信息系统），1个专业学位硕士点（电子信息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在计算机应用技术、软件基础理论与方法、信息安全与可信计算、媒体信息计算与分析、空间信息网络与网络计算、数据科学与工程、人工智能、软件服务工程、复杂软件的构造方法和验证技术、软件分析测试与质量保障、软件演化的理论与方法、软件工程数据管理与数据挖掘等研究方向已形成自己的特色，整体科研实力在国内高校中处于前列。近年来，学院承担了国家973计划、863计划、重大专项等多项国家重点项目，获国家级、省部级奖励20多项，获专利授权和申请软件著作权登记170余项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二、活动目的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通过举办武汉大学计算机学院2025年优秀大学生夏令营活动，促进大学生相互交流，为全国高校优秀大学生提供深入了解武汉大学计算机学院的机会。对本次夏令营活动中表现优秀且具有本校研究生推免资格的营员，将作为武汉大学计算机学院2026年推荐免试硕士研究生的优秀生源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欢迎对计算机领域科学研究有浓厚兴趣，有较强的科研潜力（包括但不限于我校计算机相关跨学科院系）的同学申请参加我院夏令营。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三、申请条件及办法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（一）申请条件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国内外高水平大学、全国重点大学的本科三年级在校生（2026届毕业生），能获得所在学校推免资格。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全国大学英语六级考试425分及以上，或者雅思成绩6.5分及以上，或者托福成绩90分及以上，或者GRE成绩300分及以上。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身心健康。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（二）申请材料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学生申请参加夏令营活动需提交以下材料：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1.“2025年优秀大学生夏令营”申请表（以下简称“申请表”，附件1）1份；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个人陈述（附件2）1份；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其它证明材料，例如前两年半或三年学习成绩单，获奖证书复印件，国家英语四、六级考试成绩或雅思/托福成绩等体现自身外语水平的证明，体现自身学术水平的代表性学术论文（注明作者排名或通讯作者）、竞赛获奖、专利、出版物或原创性成果，其他各类证书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（三）申请方式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网上申请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6月22日0:00~6月29日中午12:00，申请人登录“武汉大学研究生招生服务平台（http://yz.whu.edu.cn）”（以下简称“夏令营系统”，请使用Google Chrome浏览器），根据系统要求在线填写申请表和个人陈述，并上传照片。由学院按照申请条件对申请人资格进行初审。报名信息填写完毕后，请认真核对后再提交，若出现和证明材料不符的情况，取消资格。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纸质材料提交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申请人获得参营资格后，入营报到时需提供申请表、个人陈述及其他证明等纸质材料。申请表上须有本人所在学校院系推荐意见和教务部门盖章。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纸质材料须按以下顺序整理装订（左上角一个订书钉）：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（1）“2025年优秀大学生夏令营”申请表（按要求签字盖章）；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（2）国家六级或雅思或托福成绩单；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（3）前两年半或三年学习成绩单（需盖章）；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（4）各类学术水平代表性成果（按级别从高到低排序整理）；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（5）各类证书（按级别从高到低排序整理）；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（6）个人陈述；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加入QQ群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营员名单公布后，参营营员请加入QQ群“whucs2025夏令营群”，群号：891052084（参营营员名单公布后开放加群），后续通知将在群内发布，请务必加入。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（四）材料审核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根据学生提交的申请材料，对照申请条件，选230人参营，参营名单将在学院官网上公布（申请人通过“夏令营报名系统”可查询）。入选参营名单的营员须在参营名单公布之日起3日内通过报名系统确认是否参加，逾期未确认视为放弃入营资格。未接到入营通知的同学为未入选者，不再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四、夏令营安排及营员评价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时间： 7月9日（周三）~7月10日（周四）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地点：武汉大学计算机学院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具体见QQ群（whucs2025夏令营群）通知。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活动设置个人展示环节，营员提前准备PPT，展示时间3分钟。师生进行充分沟通交流后，评选出A类营员和B类营员。A类营员如果具备推免资格，在规定时间内进入教育部推免系统报考我院推免生，可优先进入推免复试名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五、其他安排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我院为参营人员购买夏令营活动期间人身意外伤害保险，提供夏令营活动期间在汉食宿（武汉市本地高校学生不提供住宿）。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自外地高校的夏令营营员，被我校推免录取的，入学后凭票按硬卧火车票或汽车票标准报销报销参营交通费，费用由学校承担。请保留好相关票据。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欢迎全国各高校优秀大学生报名参加！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咨询电话：027-68775536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计算机学院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2025年6月21日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