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河北大学中医学院2026年拟录取推荐免试硕士研究生复试成绩通知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河北大学中医学院2026年拟录取推荐免试硕士研究生复试成绩通知，发布日期为2025年09月26日。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总计2人，均为中医内科学专业，其中支教团1人、硕士1人。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中医内科学（1个专业）。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按复试成绩排序，复试成绩分别为76.4分、87.2分；复试于2025年09月25日进行，未公示各专业总人数及加分项明细。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未明确公示期起止时间，仅注明发布时间为2025年9月26日；异议反馈渠道未在正文中说明。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正文提及“各专业剩余名额数予以公布”，但未列出具体剩余名额数字；推荐学校均为河北大学，本科专业均为中医学。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