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学院 | 本科专业名称 | 本科专业代码 | 姓名 | 性别 | 排名方式 | 综合成绩 | 名次 | 排名人数 |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本名单为经济与管理学院推免生名单，共 20 人，涉及 8 个本科专业：财务管理、城市管理、工商管理、工业工程、国际经济与贸易、市场营销、物流管理。排名方式均为“专业”，综合成绩为量化分数，名次为专业内排名，排名人数为对应专业参与排名人数。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排名人数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贾智健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545.97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郭超越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539.21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512.61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岳青然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508.37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519.93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庄蕊蕊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499.03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120201K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534.95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120201K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531.90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120201K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马安忻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516.48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120201K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周罗女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516.46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马群超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509.36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丁梦婷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537.04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李向阳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531.76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514.84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李兴荣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538.86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531.06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120601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耿斯瑞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538.87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120601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臧婉玥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512.09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三、专业分布与人数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财务管理：5 人（贾智健、郭超越、梅迪、王欣冉、岳青然），排名人数 66。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城市管理：2 人（李萌、庄蕊蕊），排名人数 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工商管理：4 人（林昊、吴嘉怡、马安忻、周罗女），排名人数 55。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工业工程：1 人（马群超），排名人数 24。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国际经济与贸易：4 人（丁梦婷、李向阳、张萌、韩絮），排名人数 61。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市场营销：2 人（李兴荣、任慈），排名人数 34。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物流管理：2 人（耿斯瑞、臧婉玥），排名人数 27。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四、排名与成绩说明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排名方式均为“专业”。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综合成绩为量化分数，保留两位小数。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名次为对应本科专业内排名，排名人数为该专业参与排名总人数。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公示期信息未在提供内容中体现。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