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汕头大学2026年接收推荐免试攻读硕士学位研究生拟录取名单公示通知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相关规定和《汕头大学2026年接收推荐免试攻读研究生章程（含直博生）》，学校按选拔考核程序对报考我校的推免生进行了复试考核，拟录取张琬谊等18名同学为2026年免试攻读硕士学位研究生，现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公示时间：2025年10月21日至10月27日。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异议反映截止时间：2025年10月27日17:00前。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反映方式：以书面形式向研究生院（行西403）反映；单位反映情况的请加盖公章，个人反映情况请签署真实姓名以示负责。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联系电话：0754-86502424；邮箱：o_yzb@stu.edu.cn。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发布单位：汕头大学研究生院；发布日期：2025年10月21日。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拟录取共18人，复试成绩采用百分制，具体名单如下：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张琬谊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尹雪婷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陈彦彤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丁辰瑄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商铭霞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梁熙童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长江艺术与设计学院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陈红星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郑楚炜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许焯楷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黎颖雪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冯益权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导师组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孙佚涵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