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本科】控制科学与工程学院推荐优秀应届本科毕业生免试 攻读 2026 年研究生的工作细则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控制科学与工程学院推荐优秀应届本科毕业生免试攻读 2026 年研究生的工作细则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发布日期：2025年9月4日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一、基本信息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发布单位：控制科学与工程学院。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适用对象：优秀应届本科毕业生。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推荐年度：2026 年研究生。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发布时间：2025-09-04。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现有内容仅包含通知标题、发布时间及页面导航信息，未提供申请条件、报名时间、活动时间、接收条件、流程、材料清单、时间节点、名额、联系方式等具体条款。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页面导航信息包括：学习教育、专题教育、实验教学平台、学校OA系统、学校邮件系统、相关文件查询、石大主页、数字石大、教务处、人事处、科技处、财务处、图书馆、研究生院、学工处。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