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三峡大学计算机与信息学院2026年接收推荐免试攻读硕士研究生复试实施细则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三峡大学计算机与信息学院2026年接收推荐免试攻读硕士研究生复试实施细则，面向申请2026年入学的推免生，通知发布时间为2025年9月19日，适用于2026级推免生复试工作。本通知同时涵盖预推免与正式推免流程。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一、复试缴费操作办法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附件提供《2026级推免研究生复试费缴费操作办法.doc》，供考生下载并按要求完成复试费缴纳。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考生需严格按照附件指引操作，确保缴费成功，以免影响复试资格。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二、联系方式与地址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学院地址：湖北省宜昌市大学路8号，邮编：443002。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招生咨询电话：(0717)6393131、(0717)6393272。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联系邮箱：jsjyb@ctgu.edu.cn。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考生可通过学院官网或上述联系方式获取更多招生信息。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