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东华理工大学理学院与师范学院2026届拟推荐免试攻读硕士研究生名单公示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东华理工大学理学院与师范学院2026届拟推荐免试攻读硕士研究生名单公示，发布日期为2025年09月05日。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总计2人，其中拟推荐1人、候补1人。拟推荐人员：宋秉乾（数学与应用数学专业）；候补人员：缪娟。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涵盖学院：理学院、师范学院（共2个学院）。涵盖专业：数学与应用数学（1个专业，公示名单中仅列出该专业）。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按综合成绩排序确定拟推荐人员，综合成绩由课程加权平均分与附加分构成。经学生申请、学院推荐、推免专家审核小组审核（含公开答辩）、推免工作小组审议、学院党政联席会审议等程序确定。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课程加权平均分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附加分构成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宋秉乾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竞赛类“外研社国才杯”全国大学生外语能力大赛国赛银奖+2分、综合类国家奖学金+1分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98.79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未公示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综合类国家奖学金+1分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未公示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公示期：2025年9月5日至2025年9月8日，共计4天。异议反馈渠道：公示期内以书面形式实名向学院推免工作小组反映，举报电话13979488939、13979499985，举报邮箱200560033@ecut.edu.cn、whliu@ecut.edu.cn。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公示名单中候补1人（缪娟），具体综合成绩及排名详见附件。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