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[名单3]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国家安全学院2025年推荐免试攻读硕士学位研究生候选人名单公示，发布日期为2024年9月9日。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二、名单人数与专业明细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名单人数：公示推荐人选及候补人选名单，原文未公示具体总人数及分专业人数明细。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涵盖专业：原文未明确列出涵盖专业。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经学院推免工作小组研究审核通过确定名单，原文未公示评分依据及排名方式。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四、公示期与异议反映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公示时间为2024年9月9日至2024年9月13日，共计5天。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公示期间若有异议，请以书面方式向学院推免工作小组反映。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书面申诉书应当包括申诉人个人信息、申诉请求、申诉事实和理由、申诉人联系方式、申诉人亲笔签名、申诉日期等信息。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联系人：王真老师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联系电话：029-88182474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联系邮箱：398742786@qq.com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联系地点：图书馆C座409办公室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