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长江大学地球科学学院推荐2026届优秀本科毕业生免试攻读硕士学位研究生工作方案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一、推免工作小组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发布日期（推定）：2025年8月26日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推免生遴选工作小组：组长朱光有，成员吴楠、胡忠贵、冯舒、李功权、江山、何幼斌、李少华，监督杨全辉，秘书周艳丽。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推免生遴选专家审核小组：组长胡忠贵，成员江山、叶琳、李涛、刘远刚、刘彬，现场监督冯舒，秘书周艳丽。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二、推荐对象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地球科学学院普通全日制本科2026届毕业生。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不含定向、专升本以及第二学士学位学生。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三、推免工作流程及日程安排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（一）推免工作流程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符合申请条件的学生填写《长江大学优秀应届本科毕业生免试攻读硕士学位研究生申请表》或《长江大学特殊学术专长登记表》，以及《长江大学2026届推免生报名情况汇总表》。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报名学生需加入学院推免工作QQ群（群号：1058714157，进群备注专业、班级、姓名）。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《长江大学2026届推免生报名情况汇总表》仅提交电子版，由各班班长汇总后于9月7日发送至邮箱156402409@qq.com。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《长江大学优秀应届本科毕业生免试攻读硕士学位研究生申请表》或《长江大学特殊学术专长登记表》及审定后的奖励证明等支撑材料原件和复印件，交至学院教学办石油科技大楼C116，报送截止时间为9月8日下午17:00，逾期视为放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学院审核报名材料，组织具有特殊学术专长的学生及提交科研创新成果、竞赛获奖的学生答辩，审核小组给出明确审核认定意见并签字存档。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学院制定推免名额分配方案（含各专业候补名额）并公布。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确定并公布通过资格审核的初审名单。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依据学生综合排名（学业成绩+奖励分），分专业按推免生名额的120%（其中20%为候补人员）确定拟推免学生名单并公示3天。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（二）日程安排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9月4日前：制定并发布工作方案，地点为学院官网。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9月9日前：学生报名、材料审核，地点为石油科技大楼C116。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9月10日前：组织具有特殊学术专长的学生及提交科研创新成果、竞赛获奖的学生答辩，地点为石油科技大楼C201。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9月11日前：学院制定推免名额分配方案并在学院官网公布。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9月12日-13日：资格审核通过名单公示，地点为学院官网。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9月14日-16日：拟推免名单公示，地点为学院官网。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联系方式：学院教学办石油科技大楼C116；邮箱156402409@qq.com；推免工作QQ群1058714157。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