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经济法学院2026 接收预报名推免生实施细则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组长：肖新喜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成员：倪楠、孙昊亮、韩利琳、曹燕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秘书：徐楠芝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具体事项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地点（方式）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报到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9月19日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添加微信群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提交材料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9月19日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电子邮箱：xfdjjfxy@126.com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9月20日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第一组：8:30 开始；第二组：8:30 开始；线上线下结合方式；腾讯会议（线上），会议号在微信群通知；线下教室：雁塔校区三号教学楼3511、3602 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三、招生专业和计划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推免拟招生人数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录取时将根据推免生实际招录情况、生源情况等综合考虑学校生源状况和发展需要适当调整，择优录取，宁缺毋滥。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环境与资源保护法学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知识产权法学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劳动法学与社会保障法学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复试内容由外语听力口语测试（30 分）和专业综合能力考核（120 分）组成，满分150 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五、复试须提交的材料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考生复试前须提供以下材料：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学生证、身份证电子版；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获奖证书、科研成果等材料；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手写签名承诺书电子版；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学院要求的其他材料。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六、录取办法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复试通过的预报名考生，正式系统开通后根据考生排名、实际报名和名额情况依次录取。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根据各学院报送的复试拟录取名单，研究生院将通过“推免服务系统”及时向考生发送待录取通知，考生须在收到通知后及时在“推免服务系统”中给予回复，否则视为放弃。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所有参加复试的推免生复试量化总成绩必须大于90 分，否则视为复试不合格，复试不合格的推免生不予录取。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所有拟录取推免生应签订承诺书。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获得我校2025 年夏令营“优秀营员”的推免生无需参加预报名复试。在推免服务系统开通后须及时填报志愿，并在确认复试及待录取通知功能开通后及时确认复试和待录取通知，否则视为放弃。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已在系统中同意待录取的考生，我校不再进行解锁。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七、学院咨询电话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88182621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八、学院复议监督电话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88182637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九、电子邮箱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jjfxytm2023@126.com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十、预报名考生名单（见附件）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