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电子科学与工程学院关于2026年优秀应届本科毕业生免试攻读研究生推荐结果公示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过个人申报，学院审核，最终确定92名学生为2026年优秀应届本科毕业生免试攻读研究生拟推荐人选，11名同学为备选推荐人选，现予以公示，公示期为：2025年9月5日-2025年9月11日。如有异议，请向学院推免工作领导小组或推免监督小组反映情况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推免工作小组组长：冯 晶 85168532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推免监督小组组长：蔡志刚 85168418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学院教务办联系人：王老师 wangmohan@jlu.edu.cn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