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历史文化学院推荐2026届优秀应届本科毕业生免试攻读硕士学位研究生工作实施方案-历史文化学院</w:t>
      </w:r>
    </w:p>
    <w:p>
      <w:r>
        <w:t>﻿</w:t>
      </w:r>
    </w:p>
    <w:p>
      <w:r>
        <w:t>教学科研</w:t>
      </w:r>
    </w:p>
    <w:p>
      <w:r>
        <w:t>党建工作</w:t>
      </w:r>
    </w:p>
    <w:p>
      <w:r>
        <w:t>学团工作</w:t>
      </w:r>
    </w:p>
    <w:p>
      <w:r>
        <w:t>校友工作</w:t>
      </w:r>
    </w:p>
    <w:p>
      <w:r>
        <w:t>新闻通知</w:t>
      </w:r>
    </w:p>
    <w:p>
      <w:r>
        <w:t>吉林地区历史教师教学园地</w:t>
      </w:r>
    </w:p>
    <w:p>
      <w:r>
        <w:t>学院领导</w:t>
      </w:r>
    </w:p>
    <w:p>
      <w:r>
        <w:t>中国史教研室</w:t>
      </w:r>
    </w:p>
    <w:p>
      <w:r>
        <w:t>世界史教研室</w:t>
      </w:r>
    </w:p>
    <w:p>
      <w:r>
        <w:t>教学方法教研室</w:t>
      </w:r>
    </w:p>
    <w:p>
      <w:r>
        <w:t>历史文化产业教研室</w:t>
      </w:r>
    </w:p>
    <w:p>
      <w:r>
        <w:t>教学工作</w:t>
      </w:r>
    </w:p>
    <w:p>
      <w:r>
        <w:t>科研工作</w:t>
      </w:r>
    </w:p>
    <w:p>
      <w:r>
        <w:t>学术动态</w:t>
      </w:r>
    </w:p>
    <w:p>
      <w:r>
        <w:t>专业建设</w:t>
      </w:r>
    </w:p>
    <w:p>
      <w:r>
        <w:t>党建工作</w:t>
      </w:r>
    </w:p>
    <w:p>
      <w:r>
        <w:t>学生管理</w:t>
      </w:r>
    </w:p>
    <w:p>
      <w:r>
        <w:t>学生活动</w:t>
      </w:r>
    </w:p>
    <w:p>
      <w:r>
        <w:t>校友信息</w:t>
      </w:r>
    </w:p>
    <w:p>
      <w:r>
        <w:t>历史教育联盟</w:t>
      </w:r>
    </w:p>
    <w:p>
      <w:r>
        <w:t>正文</w:t>
      </w:r>
    </w:p>
    <w:p>
      <w:r>
        <w:t>您所在的位置：</w:t>
      </w:r>
    </w:p>
    <w:p>
      <w:r>
        <w:t>新闻通知 &gt;&gt;</w:t>
      </w:r>
    </w:p>
    <w:p>
      <w:r>
        <w:t>正文</w:t>
      </w:r>
    </w:p>
    <w:p>
      <w:r>
        <w:t>历史文化学院推荐2026届优秀应届本科毕业生免试攻读硕士学位研究生工作实施方案</w:t>
      </w:r>
    </w:p>
    <w:p>
      <w:r>
        <w:t>时间：2025年09月01日 13:40 浏览次数：</w:t>
      </w:r>
    </w:p>
    <w:p>
      <w:r>
        <w:t>历史文化学院推荐2026届优秀应届本科毕业生免试攻读硕士学位研究生工作实施方案.docx</w:t>
      </w:r>
    </w:p>
    <w:p>
      <w:r>
        <w:t>All Rights Reserved 版权所有：北华大学历史文化学院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