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[名单3]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公示名称：体育与健康学院2026年拟推荐优秀应届本科毕业生免试攻读硕士学位研究生名单公示。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发布日期：2025年09月15日。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名单人数：网页正文未公示具体名单人数及分专业明细。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涵盖专业：网页正文未公示涵盖专业。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排名/评分方式：网页正文未公示排名/评分方式。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公示期：网页正文未公示公示期起止时间。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其他重要说明：网页正文仅包含公示标题、发布时间、学院联系方式及信访举报渠道，未包含具体名单内容；公示名单具体内容详见网页原文或学院官方发布渠道。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电话：0773-5845941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邮箱：gxnutyxyd@126.com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邮编：541006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地址：广西桂林市雁山镇雁中路1号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三、信访举报方式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来信请寄：广西桂林市雁山区雁中路1号体育与健康学院纪委，邮编：541006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来访请到：广西师范大学雁山校区体育与健康学院314办公室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举报电话：0773-3697336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举报邮箱：tyyjkxyjljcwyh@163.com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