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四川外国语大学国际金融与贸易学院2026年优秀本科生夏令营活动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四川外国语大学国际金融与贸易学院2026年优秀本科生夏令营活动");var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