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一、名单标题与发布日期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中山大学粤港澳发展研究院2026年接收优秀应届本科毕业生预推免复试名单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发布人：张淑华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二、名单总人数与专业分布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名单总计41人，涉及2个申请专业，分别为0301Z2港澳基本法和020202区域经济学。其中0301Z2港澳基本法共20人，020202区域经济学共21人。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三、复试资格与候补资格分布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0301Z2港澳基本法专业：复试资格12人，候补资格8人。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020202区域经济学专业：复试资格20人，候补资格1人（名单中另有候补人员，实际按原文统计，020202区域经济学候补共8人，需核实，原文列出候补序号为33至41共9人，其中33至37为候补，38至41为候补，合计9人，但33至37为候补，38至41为候补，全部为候补，共9人，与前述21人总数对应，复试资格为12人，候补为9人，合计21人，请以原文为准，此处更正：0301Z2共20人，复试资格12人，候补8人；020202共21人，复试资格12人，候补9人，总计41人，复试资格24人，候补17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0301Z2港澳基本法专业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复试资格人员（排名不分先后）：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杨雨晴，报名号1055864754，复试资格：是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赵燦，报名号1055864702，复试资格：是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陈汉诚，报名号1055860227，复试资格：是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李沁梦，报名号1055864677，复试资格：是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常馨仪，报名号1055864726，复试资格：是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陈思晴，报名号1055864804，复试资格：是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谭论，报名号1055864973，复试资格：是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廖湘，报名号1055864732，复试资格：是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夏文青，报名号1055864735，复试资格：是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薄同言，报名号1055862701，复试资格：是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傅煊雅，报名号1055862695，复试资格：是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郭依蓝，报名号1055864767，复试资格：是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候补资格人员（按排序依次递补）：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陈璟媛，报名号1055864827，复试资格：候补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梁晓睿，报名号1055864927，复试资格：候补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李飞航，报名号1055863459，复试资格：候补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陈梦帆，报名号1055861734，复试资格：候补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陈佳铭，报名号1055864918，复试资格：候补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陈雅惠，报名号1055864631，复试资格：候补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曾健楠，报名号1055864717，复试资格：候补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刘玮婷，报名号1055864572，复试资格：候补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020202区域经济学专业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复试资格人员（排名不分先后）：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施皓轩，报名号1055861732，复试资格：是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鲁文朔，报名号1055861825，复试资格：是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高田欣，报名号1055862068，复试资格：是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吕昀阳，报名号1055861425，复试资格：是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梁煜斌，报名号1055864939，复试资格：是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吴诗仁，报名号1055864985，复试资格：是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刘书菡，报名号1055864730，复试资格：是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梁海婷，报名号1055864785，复试资格：是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徐祉祺，报名号1055864055，复试资格：是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翁兆平，报名号1055862053，复试资格：是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刘轶珂，报名号1055864901，复试资格：是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李泽慧，报名号1055864884，复试资格：是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候补资格人员（按排序依次递补）：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林敦民，报名号1055864526，复试资格：候补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高寒，报名号1055864912，复试资格：候补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张建伟，报名号1055864757，复试资格：候补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张雪菲，报名号1055861917，复试资格：候补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温悦君，报名号1055864988，复试资格：候补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周锦敬，报名号1055864868，复试资格：候补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殷洛文，报名号1055861699，复试资格：候补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胡安怡，报名号1055864591，复试资格：候补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徐天鸿，报名号1055864782，复试资格：候补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具有复试资格的同学排名不分先后。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同专业有复试资格者如放弃复试资格，具有候补资格的同学按照排序依次递补。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候补复试资格通过邮件和电话通知，请留意邮件信息和注意接听电话。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请进入复试名单的同学，于2025年9月19日中午12：00前登录系统确认是否参加复试，同时确认信息发送至zhshuh5@mail.sysu.edu.cn，邮件主题为“本科学校—姓名—手机—是否参加预推免面试”，逾期未确认视为放弃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初步日程安排为：2025年9月21日14：30至17：30报到，2025年9月22日复试面试。具体日程安排等将通过邮件发送，请留意邮件信息并保持手机畅通。复试同学于报到当天提交申请材料纸质版（一式6份），须与电子版材料内容一致；材料不合格者，将取消本次复试资格，不得参与本次预推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邮箱：zhshuh5@mail.sysu.edu.cn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电话：020-84113279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单位地址：广州市新港西路135号中山大学文科楼，邮编510275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单位电话：020-84110605，020-84111250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本通知由粤港澳发展研究院于2025年9月18日发布，附件为2026年预推免复试名单PDF文件。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