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体育艺术学院2026年推荐优秀应届本科毕业生免试攻读硕士学位研究生拟推荐名单公示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发布日期（推定）：2025年9月8日</w:t>
      </w:r>
    </w:p>
    <w:p>
      <w:pPr>
        <w:spacing w:after="80" w:lineRule="auto" w:line="360"/>
        <w:ind w:firstLine="482"/>
        <w:jc w:val="both"/>
      </w:pPr>
      <w:r>
        <w:rPr>
          <w:rFonts w:ascii="Times New Roman" w:hAnsi="Times New Roman" w:eastAsia="宋体"/>
          <w:b w:val="0"/>
          <w:sz w:val="24"/>
        </w:rPr>
        <w:t>1. 本通知为体育艺术学院2026年推荐优秀应届本科毕业生免试攻读硕士学位研究生拟推荐名单的公示。</w:t>
      </w:r>
    </w:p>
    <w:p>
      <w:pPr>
        <w:spacing w:after="80" w:lineRule="auto" w:line="360"/>
        <w:ind w:firstLine="482"/>
        <w:jc w:val="both"/>
      </w:pPr>
      <w:r>
        <w:rPr>
          <w:rFonts w:ascii="Times New Roman" w:hAnsi="Times New Roman" w:eastAsia="宋体"/>
          <w:b w:val="0"/>
          <w:sz w:val="24"/>
        </w:rPr>
        <w:t>2. 具体拟推荐名单详见附件《体育艺术学院2026年推荐优秀应届本科毕业生免试攻读硕士学位研究生拟推荐名单公示.pdf》。</w:t>
      </w:r>
    </w:p>
    <w:p>
      <w:pPr>
        <w:spacing w:before="160" w:after="80" w:lineRule="auto" w:line="360"/>
        <w:jc w:val="left"/>
      </w:pPr>
      <w:r>
        <w:rPr>
          <w:rFonts w:ascii="Times New Roman" w:hAnsi="Times New Roman" w:eastAsia="宋体"/>
          <w:b/>
          <w:sz w:val="28"/>
        </w:rPr>
        <w:t>二、附件材料</w:t>
      </w:r>
    </w:p>
    <w:p>
      <w:pPr>
        <w:spacing w:after="80" w:lineRule="auto" w:line="360"/>
        <w:ind w:firstLine="482"/>
        <w:jc w:val="both"/>
      </w:pPr>
      <w:r>
        <w:rPr>
          <w:rFonts w:ascii="Times New Roman" w:hAnsi="Times New Roman" w:eastAsia="宋体"/>
          <w:b w:val="0"/>
          <w:sz w:val="24"/>
        </w:rPr>
        <w:t>1. 附件一：《附件（体育艺术学院）.pdf》</w:t>
      </w:r>
    </w:p>
    <w:p>
      <w:pPr>
        <w:spacing w:after="80" w:lineRule="auto" w:line="360"/>
        <w:ind w:firstLine="482"/>
        <w:jc w:val="both"/>
      </w:pPr>
      <w:r>
        <w:rPr>
          <w:rFonts w:ascii="Times New Roman" w:hAnsi="Times New Roman" w:eastAsia="宋体"/>
          <w:b w:val="0"/>
          <w:sz w:val="24"/>
        </w:rPr>
        <w:t>2. 附件二：《体育艺术学院2026年推荐优秀应届本科毕业生免试攻读硕士学位研究生拟推荐名单公示.pdf》</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学院地址：哈尔滨市南岗区大成街1号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