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江汉大学教育学院2026届优秀本科应届毕业生免试攻读硕士研究生名单公示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拟推荐4人，候补推荐3人，合计7人。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原文未明确列出具体专业明细。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经学生自主申请、学院推免生遴选工作小组与专家审核小组考核、并经学院党政联席会审议确定名单；原文未公示评分依据及排名方式。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时间为2025年9月10日至12日，共计3天；公示期间如有异议，需以书面形式向学院推免生遴选工作小组反映，非实名、无具体事实材料或逾期提出异议不予受理；联系人华老师，联系电话027-84227061，办公地址J04A106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拟推荐学生为方高洋等4人，候补推荐学生为蔡芊等3人；具体名单详见附件《教育学院2026届应届毕业生推免生名单.xlsx》。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