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华中农业大学资源与环境学院2026年优秀大学生研学营入营名单公布-华中农业大学资源与环境学院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一、入营名单概况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资源与环境学院“2026年优秀大学生研学营”活动启动报名以来，全国各高校相关学科的优秀大学生踊跃报名。经资格审查、专家组对申请材料进行综合评估与筛选，拟确定马凤铧等102名同学入营本次研学营活动，具体名单见附件（按姓氏笔画排序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二、入营确认与后续安排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请拟入营同学于7月4日18:00前，通过邮件回复确认是否参营。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请加入华中农业大学资源与环境学院2026年优秀大学生研学营群（QQ：544325055）。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后续研学营具体事宜将在群内通知。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研学营QQ群：544325055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华中农业大学资源与环境学院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