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海南师范大学数学与统计学院推荐免试研究生资格审查公示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根据《海南师范大学关于做好推荐2026年应届优秀本科生免试攻读硕士学位研究生工作的通知》，数学与统计学院开展2026届推免生选拔工作。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现将学院2026届推免生选拔方案及遴选结果予以公示。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公示期为5天，自2025年9月8日至9月12日。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如有异议，请向数学与统计学院教务办反映，反馈电话：15197909110。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反映问题需实事求是。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三、推免方案与选拔结果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推免方案文件：26届推免工作方案.doc。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选拔结果：海南师范大学推荐免试研究生资格审查情况一览表（2026届），公示名单包含数据科学与大数据技术、统计学等专业学生。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名单中标注了各学生的专业人数、是否有不及格成绩、是否有违纪违法记录、外语等级考试情况、学工部综合测评排名、专业成绩、奖励加分（T）、总成绩及排名、排名方式、排名人数、正式或候补资格及加分项备注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公示名单中正式与候补资格已明确区分，如数据科学与大数据技术专业呼佳敏、刘子莹为正式，洪亚萍为候补；统计学专业闫锦坤为正式。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