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| 序号 | 姓名 | 备注 | 序号 | 姓名 | 备注 | 序号 | 姓名 | 备注 | 序号 | 姓名 | 备注 |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本名单共121人，按序号1至121排列，其中部分人员备注为“国优计划”或“本研衔接”，其余人员无备注。名单明细如下：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发布日期（推定）：2025年9月12日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白林璇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李诗韵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王谊帆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蔡敏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李欣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郑巧梅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曾程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练宸希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王子慧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郑维烁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常燚凡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梁琪儿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郑雨轩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车艺洁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梁长悦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吴林艺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郑禹珍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陈佳颖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林菲儿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吴年平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钟美欣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陈敬怡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刘可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徐顾晔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陈澌妮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刘益鸣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徐佳慧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周嘉怡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陈文轩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刘卓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徐佳煐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周瑞杰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陈雨曦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罗渝佳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徐星星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邹思睿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成琦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吕慧玲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燕晴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殷晨淏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马岳尧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杨济豪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施骏航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丁佳昊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莫可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杨礼晗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张明娟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杜雨阳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欧小钰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杨卿延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李俞莹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冯璟岚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彭中华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杨雅欣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孙慧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冯晓雯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石屿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杨奕萱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何林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关天机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税林文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于思宇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宋云飞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郭诗怡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隋嘉畅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余红艳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叶娟娟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韩瑾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唐欣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臧佳奇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邹蒙蒙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何建锋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汪佳妮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詹月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莫倩倩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何思源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汪盈盈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罗林曦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何一平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汪雨茜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张嘉祺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李红铃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何志杰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王大婷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张敏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张甜梅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胡天娇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王韩玮璇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张曦月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刘漪迪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黄俊满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王佳艺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张馨月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曾媛媛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黄连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王琴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张艳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万峥灿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黄钰玮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王斯洋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张钰淇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王诗语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贾若歆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王天天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张元元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国优计划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庞思琪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本研衔接</w:t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焦纯冰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王贤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张子豪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李昊苒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王昕月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赵敏颖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李洪亮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62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王祎珂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赵文静</w:t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  <w:tc>
          <w:tcPr>
            <w:tcW w:type="dxa" w:w="71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一、备注类别统计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国优计划人员：陈敬怡、成琦、杜雨阳、刘可、彭中华、隋嘉畅、汪佳妮、王琴、王谊帆、杨卿延、张元元、郑楷、钟美欣，共13人。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本研衔接人员：殷晨淏、施骏航、张明娟、李俞莹、孙慧、何林、宋云飞、叶娟娟、邹蒙蒙、莫倩倩、罗林曦、李红铃、张甜梅、刘漪迪、曾媛媛、万峥灿、王诗语、庞思琪，共18人。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无备注人员：其余90人。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原文未提供专业/学院明细、排名或评分方式、公示期及联系方式等信息。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