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城市建设学院2026年推荐免试攻读硕士学位研究生复试细则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本通知为武汉科技大学城市建设学院2026年推荐免试攻读硕士学位研究生复试细则，面向已获得推免资格的申请者。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通知发布于2025年9月19日，适用于2026年入学的研究生招生。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二、复试细则要点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复试对象为申请城市建设学院2026年推荐免试攻读硕士学位研究生的考生。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复试具体安排（包括时间、地点、形式、内容等）详见学院后续通知或联系学院获取。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申请者需关注学院官网通知公告，及时了解复试相关要求。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学院地址：湖北省武汉市洪山区黄家湖西路10号，邮编：430065。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学院官网：https://cjxy.wust.edu.cn（通知3. 学院设有书记信箱、院长信箱等联系渠道，具体联系方式可通过学院官网查询。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申请者应密切关注学院通知公告，确保按时参加复试。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