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Rule="auto" w:line="360" w:before="24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中国科学院大学天文与空间科学学院预接受2025级本科生名单（第1批）公示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黄亚芳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日期：2026-04-24</w:t>
      </w:r>
    </w:p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2025级本科生主修专业确认工作方案，天文与空间科学学院对金博文等5位同学的主修天文学专业预确认申请进行了审核，确定了接受学生名单，现进行公示。如有疑问请在公示期内向天文与空间科学学院和本科部反应。</w:t>
      </w:r>
    </w:p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天文与空间科学学院预接受2025级本科生名单（第 1 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序号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学号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招生录取专业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预接受专业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金博文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2025K8009937006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环境科学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易万维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2025K8009909015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詹金满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2025K8009909013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成彦锡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2025K8009909005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陈晓萌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2025K8009908005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</w:tbl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公示时间：2026年4月24日至2026年4月30日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天文与空间科学学院公示联系人：马老师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联系电话：010-64807969</w:t>
      </w:r>
    </w:p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邮箱： astrooffice@ucas.ac.cn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天文与空间科学学院 2026年4月24日</w:t>
      </w:r>
    </w:p>
    <w:p/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color w:val="999999"/>
          <w:sz w:val="24"/>
        </w:rPr>
        <w:t>——本文档由采集到的院校官网网页正文整理恢复（HTML 转 Word），原下载文件为网页伪 PDF，无法直接阅读。名单与内容以院校官网正式发布为准。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