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贵州省信息与计算科学重点实验室2026年接收推免硕士研究生复试成绩公示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专业明细：电子信息1人。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电子信息（1个专业）。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复试总成绩满分200分，由复试笔试与复试面试成绩构成。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公示内容含复试笔试、复试面试及复试总成绩。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未说明排名规则。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原文未明确公示起止日期。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公示名单中仅1名考生（张嘉宜）。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复试总成绩173分（笔试86分、面试87分）。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未提及考核未通过或缺考人数。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