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学术型/专业学位 | 接收专业代码 | 接收专业名称 | 推免生姓名 | 复试总成绩 | 备注 |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本名单为广西大学工商管理学院2025年推免生复试成绩及拟接收名单，公示日期为2025年9月26日。共接收推免生16人，均为学术型，接收专业代码120200，接收专业名称为工商管理学。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二、成绩与排名明细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学术型/专业学位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推免生姓名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韦茜玮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黄心爱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韦胜媛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卢雨晴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王靖宇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莫佳萍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徐观梅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朱伟婷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何文灏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三、备注说明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备注栏中，0为普通硕士，1为支教团硕士，2为直博生。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公示单位为广西大学工商管理学院，公示日期为2025年9月26日。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