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辽宁中医药大学2026年优秀本科毕业生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辽宁中医药大学2026年优秀本科毕业生免试攻读研究生拟推荐名单，共涉及11个学院，合计推免名额162人。各学院推免名额及拟推荐学生明细如下。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发布日期（推定）：2025年4月1日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一、基础医学院（推免名额43人）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徐圣宇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韩圆圆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周颖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苏彦文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马艺珈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信宇欣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孙蕾蕾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贾媛亦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罗海欣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张珈慧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胡婧妍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于丽芳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王英楠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陈雨欣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李闻音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彭思祺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张诗玉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高学敏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冯嘉乐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陈虹冰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高彤然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2021级中西医临床医学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李文超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2021级中西医临床医学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杨丹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2021级中西医临床医学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程雅馨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2021级中西医临床医学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孙美鑫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2021级中西医临床医学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2021级中西医临床医学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钟韵馨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2021级中西医临床医学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梁海迪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2021级中西医临床医学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徐慧娜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2021级中西医临床医学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2021级中西医临床医学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刘佳蕙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2021级中西医临床医学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白美彤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2021级中西医临床医学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崔化祯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2021级中西医临床医学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薛雅楠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2021级中西医临床医学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杜光诺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2021级中西医临床医学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张芷宁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2021级中西医临床医学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栾祥威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2021级中医骨伤科学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2021级中医骨伤科学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邢泊东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2021级中医骨伤科学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陶冯琦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2021级中医骨伤科学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基础医学院（推免名额43人）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冯琳茹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2021级中医骨伤科学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二、针灸推拿学院（推免名额14人）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针灸推拿学院（推免名额14人）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朱柏苍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2021级针灸推拿学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针灸推拿学院（推免名额14人）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谈子宁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2021级针灸推拿学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针灸推拿学院（推免名额14人）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2021级针灸推拿学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针灸推拿学院（推免名额14人）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孙景桐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2021级针灸推拿学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针灸推拿学院（推免名额14人）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吴艳蕊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2021级针灸推拿学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针灸推拿学院（推免名额14人）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欧阳雨欣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2021级针灸推拿学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针灸推拿学院（推免名额14人）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任心蕊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2021级针灸推拿学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针灸推拿学院（推免名额14人）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魏晓雨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2021级针灸推拿学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针灸推拿学院（推免名额14人）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孙宁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2021级针灸推拿学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针灸推拿学院（推免名额14人）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王骏衡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2021级针灸推拿学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针灸推拿学院（推免名额14人）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牛春梅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2021级针灸推拿学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针灸推拿学院（推免名额14人）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师芝馨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2021级针灸推拿学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针灸推拿学院（推免名额14人）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齐文倩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2021级针灸推拿学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针灸推拿学院（推免名额14人）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程佳仪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2021级针灸推拿学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三、养生康复学院（推免名额9人）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养生康复学院（推免名额9人）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刘媛媛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2021级中医康复学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养生康复学院（推免名额9人）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张雪晴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2021级中医康复学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养生康复学院（推免名额9人）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钱心语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2021级中医养生学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养生康复学院（推免名额9人）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郑永昕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2021级中医养生学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养生康复学院（推免名额9人）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杨蕊睿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2022级康复治疗学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养生康复学院（推免名额9人）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李重滨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2022级康复治疗学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养生康复学院（推免名额9人）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王诗妍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2022级康复治疗学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养生康复学院（推免名额9人）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2022级运动康复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养生康复学院（推免名额9人）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潘伊茹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2022级运动康复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四、药学院（推免名额44人）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2022级中药学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朱珈莹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2022级中药学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崔兆琪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2022级中药学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张祎琪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2022级中药学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刘一诺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2022级中药学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郝孝敏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2022级中药学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王俊杰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2022级中药学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冷爽然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2022级中药学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宋文瑞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2022级中药学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宁虹阳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2022级中药学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文佳宇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2022级中药学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霍雯雯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2022级中药学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李芷珊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2022级中药学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邓夏颖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2022级中药学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邓嘉琪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2022级中药学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刘明洋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2022级中药学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刘芸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2022级中药学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刘心璐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2022级中药学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朱依玛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杨雨婷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邹嘉欣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董秋实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包洫榕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蒋嘉利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汤敏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于静怡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赵晨竹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杜雨璇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谢语婷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2022级药学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付声运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2022级中药制药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邢晓璐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2022级中药制药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刘金月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2022级中药制药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贺婉婷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2022级中药制药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2022级中草药栽培与鉴定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刘皓洋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2022级中草药栽培与鉴定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伏雨晴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2022级中草药栽培与鉴定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章馨心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2022级药物制剂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杨朋格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2022级药物制剂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张祖旭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2022级药物制剂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张新妍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2022级药物制剂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孙古月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2022级药物制剂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张宸煜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2022级中药资源与开发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李昕堉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2022级中药资源与开发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药学院（推免名额44人）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王康乐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2022级中药资源与开发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五、医学检验学院（推免名额6人）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医学检验学院（推免名额6人）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2022级医学检验技术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医学检验学院（推免名额6人）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2022级医学检验技术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医学检验学院（推免名额6人）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董苏媛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2022级医学检验技术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医学检验学院（推免名额6人）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宗奕哲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2022级医学检验技术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医学检验学院（推免名额6人）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2022级医学检验技术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医学检验学院（推免名额6人）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张小平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2022级医学检验技术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六、护理学院（推免名额23人）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护理学院（推免名额23人）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冯婉婷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2022级护理学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护理学院（推免名额23人）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孙新舟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2022级护理学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护理学院（推免名额23人）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余文怡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2022级护理学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护理学院（推免名额23人）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宋美琪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2022级护理学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护理学院（推免名额23人）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柳琦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2022级护理学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护理学院（推免名额23人）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孙艺菲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2022级护理学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护理学院（推免名额23人）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王晴雯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2022级护理学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护理学院（推免名额23人）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谷乐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2022级护理学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护理学院（推免名额23人）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马泽然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2022级护理学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护理学院（推免名额23人）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杨梦圆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2022级护理学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护理学院（推免名额23人）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孙依婷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2022级护理学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护理学院（推免名额23人）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付文静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2022级护理学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护理学院（推免名额23人）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2022级护理学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护理学院（推免名额23人）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鲁馨怡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2022级护理学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护理学院（推免名额23人）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杨奕宸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2022级护理学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护理学院（推免名额23人）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任晋冉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2022级护理学（中外合作办学）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护理学院（推免名额23人）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刘佳乐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2022级护理学（中外合作办学）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护理学院（推免名额23人）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翟雅正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2022级护理学（中外合作办学）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护理学院（推免名额23人）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程晓函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2022级护理学（中外合作办学）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护理学院（推免名额23人）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朱美霖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2022级护理学（中外合作办学）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护理学院（推免名额23人）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汪晏如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2022级护理学（中外合作办学）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护理学院（推免名额23人）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高雅莉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2022级护理学（中外合作办学）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护理学院（推免名额23人）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2022级护理学（中外合作办学）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七、经济管理学院（推免名额8人）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经济管理学院（推免名额8人）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霍硕祺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2022级公共事业管理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经济管理学院（推免名额8人）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史济源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2022级公共事业管理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经济管理学院（推免名额8人）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袁孟曦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2022级公共事业管理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经济管理学院（推免名额8人）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胡子怡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2022级市场营销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经济管理学院（推免名额8人）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贾丽荣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2022级市场营销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经济管理学院（推免名额8人）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2022级市场营销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经济管理学院（推免名额8人）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王怡丹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2022级物流管理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经济管理学院（推免名额8人）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屈嘉怡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2022级物流管理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八、信息工程学院（推免名额9人）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信息工程学院（推免名额9人）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舒雨怀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2022级信息管理与信息系统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信息工程学院（推免名额9人）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麻晴宜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2022级信息管理与信息系统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信息工程学院（推免名额9人）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郑蕾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