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姓名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本名单为同济大学土木工程学院2026预推免复试名单（外校），共收录申请考生 200 人，涉及申请专业包括地质资源与地质工程、资源与环境、土木水利、土木工程，申请研究方向包括地质工程、地球探测与信息技术、地下水工程与环境、防灾减灾工程及防护工程、结构工程、桥梁与隧道工程、水文学及水资源、港口、海岸及近海工程、水工结构工程、隧道及地下建筑工程、岩土工程、智能建造（偏土木方向）、智能建造（偏信息方向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九、复试名单明细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杨必进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刘一润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成都理工大学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江婷婷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成都理工大学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段云煖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大连海事大学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地球探测与信息技术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贵州大学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舒文婷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地球探测与信息技术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秦睿睿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地球探测与信息技术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徐浩庾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赵华陈·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地下水工程与环境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吴艺苑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地球探测与信息技术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刘紫钰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华北水利水电大学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辽宁工程技术大学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南华大学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地下水工程与环境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刘懿颉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地下水工程与环境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边云凯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地球探测与信息技术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郭思圻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地球探测与信息技术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赵慧琳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苏州科技大学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地下水工程与环境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赵坤明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高婧菡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石嘉毅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杨学纯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叶旭凌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李亦菲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李瑞晗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池成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贺志轩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钟路智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阮继斌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王生国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叶俊栋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王筱祥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连峥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黄昌旭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张成龙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中国海洋大学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蔡博文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朱俊涵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欧阳俊杰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刘帮吉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地质资源与地质工程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龚馨桐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阮国威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叶景鸿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黄煜棋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万字祥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合肥工业大学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石全弟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许博源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南昌航空大学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部宇涛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刘佳怡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周泽庚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山东建筑大学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郑立森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何若男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康宏烜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石家庄铁道大学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耿永强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石家庄铁道大学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杜玟慧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王云晖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黄德平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西安建筑科技大学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谢翱宇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中国海洋大学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卢善芹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中国石油大学(华东)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向子豪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余孟阳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郎嘉怡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防灾减灾工程及防护工程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王彦卿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潘永帅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焦诗淇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谷翊硕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刘婉莹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荣恒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桂林理工大学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李大明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合肥工业大学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程毅伟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合肥工业大学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冯佳琦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胡力中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杨童斐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李康祺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黄金泽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华侨大学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赵泓程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昆明理工大学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邵有林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吴鸿灏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杨晨光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南华大学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南华大学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严必行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邓怡然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蒋金涛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冯文鑫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山东建筑大学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陈谕志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宋亚博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沈阳建筑大学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李泽亮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石家庄铁道大学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王沛泽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太原理工大学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太原理工大学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曹州煜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太原理工大学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彭冠夫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太原理工大学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宫筱云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西安建筑科技大学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董学泓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张豪杰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林焮垚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长江大学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卫龙怡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吕成成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杨婉怡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王紫威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黄亚楠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郝佳德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邓皓元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王涵煜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汤佳俣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曹珈硕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张宇涵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东北林业大学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宁显杰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郭锦武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米湘军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湖南大学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李浩谦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尚黎亮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黄海山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昆明理工大学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南昌大学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张跃坤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徐新涛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孙彦秋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潘冰芃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区紫莹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汕头大学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上海师范大学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石家庄铁道大学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张泽君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石家庄铁道大学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杜建业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徐家乐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苏州科技大学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崔哲僮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任阳博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李蕴海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叶其濛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长沙理工大学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刘政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长沙理工大学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颜意蒙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张高泰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林诣涵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叶思礼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刘怡欣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桥梁与隧道工程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吴星叶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水文学及水资源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北京林业大学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水文学及水资源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广东海洋大学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港口、海岸及近海工程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吴棋焯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水文学及水资源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梁嘉康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水文学及水资源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闫佳鑫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水工结构工程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陈翔东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港口、海岸及近海工程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李甜甜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上海海事大学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港口、海岸及近海工程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曾显敏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水文学及水资源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周奕彤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港口、海岸及近海工程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陈正杨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三峡大学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水工结构工程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干琪立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水工结构工程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岳忆梅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辛金鹏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包坤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合肥工业大学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华北水利水电大学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张瀚文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沈阳建筑大学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张韶鹏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四川农业大学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常哲皓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管诗颖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叶明兴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西南石油大学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袁鹏凯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叶润泽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宋逸漩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王怡麟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隧道及地下建筑工程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本段为推免生申请名单，共涉及 20 人，申请专业均为土木水利，申请研究方向分为智能建造（偏土木方向）与智能建造（偏信息方向）两类。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太原理工大学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管箫琴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武汉理工大学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靳丽菲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西北民族大学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黄晨仪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西南交通大学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郭嘉慧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名单人数共 20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申请专业均为土木水利。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申请研究方向为智能建造（偏土木方向）的共 14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申请研究方向为智能建造（偏信息方向）的共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所在学校中，中南大学人数最多，共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 11 人，录取专业均为土木水利，研究方向分为智能建造（偏信息方向）与智能建造（偏土木方向）两类。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按本科院校统计：中南大学 7 人，中国地质大学(武汉) 1 人，中国矿业大学(北京) 1 人，中南林业科技大学 1 人，重庆大学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按研究方向统计：智能建造（偏土木方向）7 人，智能建造（偏信息方向）4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 11 人，均为土木水利专业，培养方向分为智能建造（偏信息方向）与智能建造（偏土木方向）两类。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十、方向分布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智能建造（偏信息方向）：4 人，分别为韩倩、厉扬帆、姚程程、何溢。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智能建造（偏土木方向）：7 人，分别为王勇翔、彭佳明、张星怡、唐登基、何瀚轩、万泽洲、方洁。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四、院校分布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中南大学：7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中国地质大学(武汉)：1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中国矿业大学(北京)：1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中南林业科技大学：1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重庆大学：1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 11 人，招生专业均为土木水利，研究方向分为智能建造（偏信息方向）与智能建造（偏土木方向）两类。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按本科院校统计：中南大学 7 人，中国地质大学(武汉) 1 人，中国矿业大学(北京) 1 人，中南林业科技大学 1 人，重庆大学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按研究方向统计：智能建造（偏土木方向）7 人，智能建造（偏信息方向）4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本段内容未包含排名或评分方式、公示期信息。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本段共列出 11 人，均为土木水利专业，研究方向分为智能建造（偏信息方向）与智能建造（偏土木方向）两类。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按院校统计：中南大学 7 人，中国地质大学(武汉) 1 人，中国矿业大学(北京) 1 人，中南林业科技大学 1 人，重庆大学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按方向统计：智能建造（偏土木方向）7 人，智能建造（偏信息方向）4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专业均为土木水利。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本段为推免生拟录取名单，共涉及 11 人，录取专业均为土木水利，研究方向分为智能建造（偏信息方向）与智能建造（偏土木方向）两类。具体明细如下：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录取专业：土木水利，11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研究方向分布：智能建造（偏信息方向）4 人，智能建造（偏土木方向）7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九、本科院校分布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中南大学：6 人（彭佳明、张星怡、姚程程、唐登基、何瀚轩、万泽洲、方洁，其中方洁为中南林业科技大学，此处按原文顺序列出中南大学 6 人：彭佳明、张星怡、姚程程、唐登基、何瀚轩、万泽洲）。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中国地质大学(武汉)：1 人（王勇翔）。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中国矿业大学(北京)：1 人（厉扬帆）。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中南林业科技大学：1 人（方洁）。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重庆大学：1 人（何溢）。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本段内容未提供排名或评分方式。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本段内容未提供公示期。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本段共列出 11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按本科院校统计：中南大学 7 人，中国地质大学(武汉) 1 人，中国矿业大学(北京) 1 人，中南林业科技大学 1 人，重庆大学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按方向统计：智能建造（偏土木方向）6 人，智能建造（偏信息方向）4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专业均为土木水利。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本段未提供排名/评分方式及公示期信息。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本段共列出 11 人，均为土木水利专业，方向分为智能建造（偏信息方向）与智能建造（偏土木方向）两类。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按方向统计：智能建造（偏信息方向）4 人；智能建造（偏土木方向）7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按本科院校统计：中南大学 7 人；中国地质大学(武汉) 1 人；中国矿业大学(北京) 1 人；中南林业科技大学 1 人；重庆大学 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原文未提供排名/评分方式及公示期信息。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本段名单共列出 11 人，招生专业均为土木水利，培养方向分为智能建造（偏信息方向）与智能建造（偏土木方向）两类。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地质大学(武汉)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总人数：11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按方向统计：智能建造（偏信息方向）4 人，智能建造（偏土木方向）7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按本科院校统计：中南大学 7 人，地质大学(武汉) 1 人，中国矿业大学(北京) 1 人，中南林业科技大学 1 人，重庆大学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本段未提供排名或评分方式，亦未提供公示期信息。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本段为推免生拟录取名单，共涉及 11 人，录取专业均为土木水利，研究方向分为智能建造（偏信息方向）与智能建造（偏土木方向）两类。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注：原文首行“质大学(武汉)”为不完整院校名称，对应人员信息缺失，未纳入上表统计。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 11 人，录取专业均为土木水利，研究方向分为智能建造（偏信息方向）与智能建造（偏土木方向）两类。按本科院校统计：中南大学 7 人，中国矿业大学（北京）1 人，中南林业科技大学 1 人，重庆大学 1 人，另有 1 人本科院校信息缺失（原文首行仅显示“大学(武汉)”）。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待补充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九、方向分布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智能建造（偏信息方向）：4 人，分别为王勇翔、彭佳明、姚程程、何溢。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智能建造（偏土木方向）：7 人，分别为厉扬帆、张星怡、唐登基、何瀚轩、万泽洲、方洁及 1 名本科院校为中南大学的名单人员。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本段为推免生名单信息，共涉及 11 人，录取专业均为土木水利，研究方向分为智能建造（偏信息方向）与智能建造（偏土木方向）两类。名单按人员顺序列示如下：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（首行院校信息不完整）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学(武汉)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说明：原文首行院校信息不完整，仅显示“学(武汉)”，对应人员姓名缺失，无法确认完整院校名称与姓名，故按原文保留。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 11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注：原文首行“(武汉)”未标注对应姓名，未纳入上表。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本段名单共涉及 11 人，招生专业均为土木水利，研究方向分为智能建造（偏信息方向）与智能建造（偏土木方向）两类。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（武汉）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名单中“武汉)”为原文残缺信息，本科院校无法确认，暂按原文保留。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本段未提供排名、评分方式及公示期信息。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11 人，专业均为土木水利，研究方向分为智能建造（偏信息方向）与智能建造（偏土木方向）两类，具体如下：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王勇翔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中国矿业大学(北京)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厉扬帆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彭佳明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姚程程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唐登基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何瀚轩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万泽洲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中南林业科技大学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智能建造（偏土木方向）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何溢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重庆大学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土木水利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智能建造（偏信息方向）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本段未提供排名、评分方式及公示期信息。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名单人数为 11 人，其中本科院校为中南大学者 7 人，中国矿业大学(北京) 1 人，中南林业科技大学 1 人，重庆大学 1 人；研究方向为智能建造（偏信息方向）者 4 人，智能建造（偏土木方向）者 7 人。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